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Performance Review</w:t>
      </w:r>
    </w:p>
    <w:p>
      <w:r>
        <w:rPr>
          <w:i/>
          <w:color w:val="6B6B6B"/>
          <w:sz w:val="18"/>
        </w:rPr>
        <w:t xml:space="preserve">Template by flair (flair.hr), October 2026. Fill in or delete the highlighted </w:t>
      </w:r>
      <w:r>
        <w:rPr>
          <w:i/>
          <w:color w:val="6B6B6B"/>
          <w:sz w:val="18"/>
          <w:highlight w:val="yellow"/>
        </w:rPr>
        <w:t>[placeholders]</w:t>
      </w:r>
      <w:r>
        <w:rPr>
          <w:i/>
          <w:color w:val="6B6B6B"/>
          <w:sz w:val="18"/>
        </w:rPr>
        <w:t>. Rating scale: 5 = Exceptional, 4 = Exceeds expectations, 3 = Meets expectations, 2 = Partially meets expectations, 1 = Does not meet expectations.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Employee</w:t>
            </w:r>
          </w:p>
        </w:tc>
        <w:tc>
          <w:tcPr>
            <w:tcW w:type="dxa" w:w="4320"/>
          </w:tcPr>
          <w:p>
            <w:r/>
            <w:r>
              <w:rPr>
                <w:b/>
                <w:highlight w:val="yellow"/>
              </w:rPr>
              <w:t>[Name]</w:t>
            </w:r>
          </w:p>
        </w:tc>
      </w:tr>
      <w:tr>
        <w:tc>
          <w:tcPr>
            <w:tcW w:type="dxa" w:w="4320"/>
          </w:tcPr>
          <w:p>
            <w:r>
              <w:t>Job title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[Title]</w:t>
            </w:r>
          </w:p>
        </w:tc>
      </w:tr>
      <w:tr>
        <w:tc>
          <w:tcPr>
            <w:tcW w:type="dxa" w:w="4320"/>
          </w:tcPr>
          <w:p>
            <w:r>
              <w:t>Team / department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[Team]</w:t>
            </w:r>
          </w:p>
        </w:tc>
      </w:tr>
      <w:tr>
        <w:tc>
          <w:tcPr>
            <w:tcW w:type="dxa" w:w="4320"/>
          </w:tcPr>
          <w:p>
            <w:r>
              <w:t>Reviewer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[Manager name]</w:t>
            </w:r>
          </w:p>
        </w:tc>
      </w:tr>
      <w:tr>
        <w:tc>
          <w:tcPr>
            <w:tcW w:type="dxa" w:w="4320"/>
          </w:tcPr>
          <w:p>
            <w:r>
              <w:t>Review period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[e.g. 1 Jan – 30 Jun 2026]</w:t>
            </w:r>
          </w:p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[Date]</w:t>
            </w:r>
          </w:p>
        </w:tc>
      </w:tr>
    </w:tbl>
    <w:p/>
    <w:p>
      <w:pPr>
        <w:pStyle w:val="Heading2"/>
      </w:pPr>
      <w:r>
        <w:t>1. Goals from the last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Goal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Result / evidence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Rating (1–5)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[Goal 1, e.g. reduce time-to-hire to 30 days]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[What was achieved]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[Goal 2]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[Goal 3]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2. Core competencies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Competency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Examples observed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Self (1–5)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Manager (1–5)</w:t>
            </w:r>
          </w:p>
        </w:tc>
      </w:tr>
      <w:tr>
        <w:tc>
          <w:tcPr>
            <w:tcW w:type="dxa" w:w="2160"/>
          </w:tcPr>
          <w:p>
            <w:r>
              <w:t>Job knowledge and quality of work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Productivity and reliability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Communication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Collaboration and teamwork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Problem solving and initiative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Adaptability and learning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Leadership (for people managers)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3. Strengths</w:t>
      </w:r>
    </w:p>
    <w:p>
      <w:r>
        <w:rPr>
          <w:highlight w:val="yellow"/>
        </w:rPr>
        <w:t>[Two or three specific strengths, each with an example from the review period.]</w:t>
      </w:r>
    </w:p>
    <w:p>
      <w:pPr>
        <w:pStyle w:val="Heading2"/>
      </w:pPr>
      <w:r>
        <w:t>4. Areas for development</w:t>
      </w:r>
    </w:p>
    <w:p>
      <w:r>
        <w:rPr>
          <w:highlight w:val="yellow"/>
        </w:rPr>
        <w:t>[One to three areas, each phrased as a behavior to build, with the support offered (training, mentoring, stretch project).]</w:t>
      </w:r>
    </w:p>
    <w:p>
      <w:pPr>
        <w:pStyle w:val="Heading2"/>
      </w:pPr>
      <w:r>
        <w:t>5. Employee self-assessment</w:t>
      </w:r>
    </w:p>
    <w:p>
      <w:pPr>
        <w:pStyle w:val="ListBullet"/>
      </w:pPr>
      <w:r>
        <w:t>What are you most proud of in this period?</w:t>
      </w:r>
    </w:p>
    <w:p>
      <w:pPr>
        <w:pStyle w:val="ListBullet"/>
      </w:pPr>
      <w:r>
        <w:t>What got in your way, and what would have helped?</w:t>
      </w:r>
    </w:p>
    <w:p>
      <w:pPr>
        <w:pStyle w:val="ListBullet"/>
      </w:pPr>
      <w:r>
        <w:t>Which skills do you want to build next?</w:t>
      </w:r>
    </w:p>
    <w:p>
      <w:pPr>
        <w:pStyle w:val="ListBullet"/>
      </w:pPr>
      <w:r>
        <w:t>What can your manager do differently to support you?</w:t>
      </w:r>
    </w:p>
    <w:p>
      <w:r>
        <w:rPr>
          <w:highlight w:val="yellow"/>
        </w:rPr>
        <w:t>[Employee answers]</w:t>
      </w:r>
    </w:p>
    <w:p>
      <w:pPr>
        <w:pStyle w:val="Heading2"/>
      </w:pPr>
      <w:r>
        <w:t>6. Goals for the next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Goal (specific and measurable)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Success measure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Due date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[Goal 1]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[Goal 2]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[Goal 3]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7. Overall rating and summary</w:t>
      </w:r>
    </w:p>
    <w:p>
      <w:r>
        <w:t xml:space="preserve">Overall rating (1–5): </w:t>
      </w:r>
      <w:r>
        <w:rPr>
          <w:highlight w:val="yellow"/>
        </w:rPr>
        <w:t>[ ]</w:t>
      </w:r>
    </w:p>
    <w:p>
      <w:r>
        <w:rPr>
          <w:highlight w:val="yellow"/>
        </w:rPr>
        <w:t>[Manager summary: two or three sentences on overall performance, impact and next steps.]</w:t>
      </w:r>
    </w:p>
    <w:p>
      <w:pPr>
        <w:pStyle w:val="Heading2"/>
      </w:pPr>
      <w:r>
        <w:t>8. Comments and sign-off</w:t>
      </w:r>
    </w:p>
    <w:p>
      <w:r>
        <w:t xml:space="preserve">Employee comments: </w:t>
      </w:r>
      <w:r>
        <w:rPr>
          <w:highlight w:val="yellow"/>
        </w:rPr>
        <w:t>[Optional]</w:t>
      </w:r>
    </w:p>
    <w:p>
      <w:r>
        <w:t>Signing confirms that the review took place, not that the employee agrees with every rating.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t>_______________________________</w:t>
            </w:r>
          </w:p>
        </w:tc>
        <w:tc>
          <w:tcPr>
            <w:tcW w:type="dxa" w:w="4320"/>
          </w:tcPr>
          <w:p>
            <w:r>
              <w:br/>
              <w:br/>
              <w:t>_______________________________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 xml:space="preserve">Employee   </w:t>
            </w:r>
            <w:r>
              <w:rPr>
                <w:sz w:val="18"/>
                <w:highlight w:val="yellow"/>
              </w:rPr>
              <w:t>[Date]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 xml:space="preserve">Manager   </w:t>
            </w:r>
            <w:r>
              <w:rPr>
                <w:sz w:val="18"/>
                <w:highlight w:val="yellow"/>
              </w:rPr>
              <w:t>[Date]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6"/>
      </w:rPr>
      <w:t>Template by flair · flair.hr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313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3131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3131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</dc:title>
  <dc:subject/>
  <dc:creator>flair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