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Mitarbeitergespräch: Leistungsbeurteilung</w:t>
      </w:r>
    </w:p>
    <w:p>
      <w:r>
        <w:rPr>
          <w:i/>
          <w:color w:val="6B6B6B"/>
          <w:sz w:val="18"/>
        </w:rPr>
        <w:t xml:space="preserve">Vorlage von flair (flair.hr), Stand Oktober 2026. Gelb markierte </w:t>
      </w:r>
      <w:r>
        <w:rPr>
          <w:i/>
          <w:color w:val="6B6B6B"/>
          <w:sz w:val="18"/>
          <w:highlight w:val="yellow"/>
        </w:rPr>
        <w:t>[Platzhalter]</w:t>
      </w:r>
      <w:r>
        <w:rPr>
          <w:i/>
          <w:color w:val="6B6B6B"/>
          <w:sz w:val="18"/>
        </w:rPr>
        <w:t xml:space="preserve"> ausfüllen oder löschen. Bewertungsskala: 5 = herausragend, 4 = übertrifft die Erwartungen, 3 = erfüllt die Erwartungen, 2 = erfüllt die Erwartungen teilweise, 1 = erfüllt die Erwartungen nicht.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Mitarbeiter:in</w:t>
            </w:r>
          </w:p>
        </w:tc>
        <w:tc>
          <w:tcPr>
            <w:tcW w:type="dxa" w:w="4320"/>
          </w:tcPr>
          <w:p>
            <w:r/>
            <w:r>
              <w:rPr>
                <w:b/>
                <w:highlight w:val="yellow"/>
              </w:rPr>
              <w:t>[Name]</w:t>
            </w:r>
          </w:p>
        </w:tc>
      </w:tr>
      <w:tr>
        <w:tc>
          <w:tcPr>
            <w:tcW w:type="dxa" w:w="4320"/>
          </w:tcPr>
          <w:p>
            <w:r>
              <w:t>Position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[Stellenbezeichnung]</w:t>
            </w:r>
          </w:p>
        </w:tc>
      </w:tr>
      <w:tr>
        <w:tc>
          <w:tcPr>
            <w:tcW w:type="dxa" w:w="4320"/>
          </w:tcPr>
          <w:p>
            <w:r>
              <w:t>Team / Abteilung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[Team]</w:t>
            </w:r>
          </w:p>
        </w:tc>
      </w:tr>
      <w:tr>
        <w:tc>
          <w:tcPr>
            <w:tcW w:type="dxa" w:w="4320"/>
          </w:tcPr>
          <w:p>
            <w:r>
              <w:t>Führungskraft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[Name]</w:t>
            </w:r>
          </w:p>
        </w:tc>
      </w:tr>
      <w:tr>
        <w:tc>
          <w:tcPr>
            <w:tcW w:type="dxa" w:w="4320"/>
          </w:tcPr>
          <w:p>
            <w:r>
              <w:t>Beurteilungszeitraum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[z. B. 1.1. bis 30.6.2026]</w:t>
            </w:r>
          </w:p>
        </w:tc>
      </w:tr>
      <w:tr>
        <w:tc>
          <w:tcPr>
            <w:tcW w:type="dxa" w:w="4320"/>
          </w:tcPr>
          <w:p>
            <w:r>
              <w:t>Datum des Gesprächs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[Datum]</w:t>
            </w:r>
          </w:p>
        </w:tc>
      </w:tr>
    </w:tbl>
    <w:p/>
    <w:p>
      <w:pPr>
        <w:pStyle w:val="Heading2"/>
      </w:pPr>
      <w:r>
        <w:t>1. Ziele aus dem letzten Gespräch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Ziel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Ergebnis / Nachweis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Bewertung (1–5)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1, z. B. Time-to-Hire auf 30 Tage senken]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[Was wurde erreicht?]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2]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3]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2. Kompetenzen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Kompetenz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Beobachtete Beispiele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Selbst (1–5)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Führungskraft (1–5)</w:t>
            </w:r>
          </w:p>
        </w:tc>
      </w:tr>
      <w:tr>
        <w:tc>
          <w:tcPr>
            <w:tcW w:type="dxa" w:w="2160"/>
          </w:tcPr>
          <w:p>
            <w:r>
              <w:t>Fachwissen und Arbeitsqualität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Produktivität und Zuverlässigkeit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Kommunikation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Zusammenarbeit und Teamfähigkeit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Problemlösung und Eigeninitiative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Lernbereitschaft und Flexibilität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t>Führung (bei Führungskräften)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3. Stärken</w:t>
      </w:r>
    </w:p>
    <w:p>
      <w:r>
        <w:rPr>
          <w:highlight w:val="yellow"/>
        </w:rPr>
        <w:t>[Zwei bis drei konkrete Stärken, jeweils mit einem Beispiel aus dem Beurteilungszeitraum.]</w:t>
      </w:r>
    </w:p>
    <w:p>
      <w:pPr>
        <w:pStyle w:val="Heading2"/>
      </w:pPr>
      <w:r>
        <w:t>4. Entwicklungsfelder</w:t>
      </w:r>
    </w:p>
    <w:p>
      <w:r>
        <w:rPr>
          <w:highlight w:val="yellow"/>
        </w:rPr>
        <w:t>[Ein bis drei Entwicklungsfelder, formuliert als Verhalten, das aufgebaut werden soll, mit der angebotenen Unterstützung (Weiterbildung, Mentoring, Projekt).]</w:t>
      </w:r>
    </w:p>
    <w:p>
      <w:pPr>
        <w:pStyle w:val="Heading2"/>
      </w:pPr>
      <w:r>
        <w:t>5. Selbsteinschätzung</w:t>
      </w:r>
    </w:p>
    <w:p>
      <w:pPr>
        <w:pStyle w:val="ListBullet"/>
      </w:pPr>
      <w:r>
        <w:t>Worauf bist du in diesem Zeitraum besonders stolz?</w:t>
      </w:r>
    </w:p>
    <w:p>
      <w:pPr>
        <w:pStyle w:val="ListBullet"/>
      </w:pPr>
      <w:r>
        <w:t>Was hat dich gebremst, und was hätte dir geholfen?</w:t>
      </w:r>
    </w:p>
    <w:p>
      <w:pPr>
        <w:pStyle w:val="ListBullet"/>
      </w:pPr>
      <w:r>
        <w:t>Welche Fähigkeiten möchtest du als Nächstes ausbauen?</w:t>
      </w:r>
    </w:p>
    <w:p>
      <w:pPr>
        <w:pStyle w:val="ListBullet"/>
      </w:pPr>
      <w:r>
        <w:t>Was kann deine Führungskraft anders machen, um dich zu unterstützen?</w:t>
      </w:r>
    </w:p>
    <w:p>
      <w:r>
        <w:rPr>
          <w:highlight w:val="yellow"/>
        </w:rPr>
        <w:t>[Antworten der Mitarbeiterin bzw. des Mitarbeiters]</w:t>
      </w:r>
    </w:p>
    <w:p>
      <w:pPr>
        <w:pStyle w:val="Heading2"/>
      </w:pPr>
      <w:r>
        <w:t>6. Ziele für den nächsten Zeitraum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Ziel (konkret und messbar)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Erfolgskriterium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1]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2]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highlight w:val="yellow"/>
              </w:rPr>
              <w:t>[Ziel 3]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  <w:tc>
          <w:tcPr>
            <w:tcW w:type="dxa" w:w="288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7. Gesamtbewertung und Zusammenfassung</w:t>
      </w:r>
    </w:p>
    <w:p>
      <w:r>
        <w:t xml:space="preserve">Gesamtbewertung (1–5): </w:t>
      </w:r>
      <w:r>
        <w:rPr>
          <w:highlight w:val="yellow"/>
        </w:rPr>
        <w:t>[ ]</w:t>
      </w:r>
    </w:p>
    <w:p>
      <w:r>
        <w:rPr>
          <w:highlight w:val="yellow"/>
        </w:rPr>
        <w:t>[Zusammenfassung der Führungskraft: zwei bis drei Sätze zu Leistung, Wirkung und nächsten Schritten.]</w:t>
      </w:r>
    </w:p>
    <w:p>
      <w:pPr>
        <w:pStyle w:val="Heading2"/>
      </w:pPr>
      <w:r>
        <w:t>8. Anmerkungen und Unterschriften</w:t>
      </w:r>
    </w:p>
    <w:p>
      <w:r>
        <w:t xml:space="preserve">Anmerkungen der Mitarbeiterin bzw. des Mitarbeiters: </w:t>
      </w:r>
      <w:r>
        <w:rPr>
          <w:highlight w:val="yellow"/>
        </w:rPr>
        <w:t>[optional]</w:t>
      </w:r>
    </w:p>
    <w:p>
      <w:r>
        <w:t>Die Unterschrift bestätigt, dass das Gespräch stattgefunden hat, nicht die Zustimmung zu jeder Bewertung.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t>_______________________________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t>_______________________________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 xml:space="preserve">Mitarbeiter:in   </w:t>
            </w:r>
            <w:r>
              <w:rPr>
                <w:sz w:val="18"/>
                <w:highlight w:val="yellow"/>
              </w:rPr>
              <w:t>[Datum]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 xml:space="preserve">Führungskraft   </w:t>
            </w:r>
            <w:r>
              <w:rPr>
                <w:sz w:val="18"/>
                <w:highlight w:val="yellow"/>
              </w:rPr>
              <w:t>[Datum]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>Vorlage von flair · flair.hr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313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3131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3131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Mitarbeitergespräch: Leistungsbeurteilung</dc:title>
  <dc:subject/>
  <dc:creator>flair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