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Exit Interview Questions</w:t>
      </w:r>
    </w:p>
    <w:p>
      <w:r>
        <w:rPr>
          <w:i/>
          <w:color w:val="6B6B6B"/>
          <w:sz w:val="18"/>
        </w:rPr>
        <w:t xml:space="preserve">Template by flair (flair.hr), October 2026. Fill in or delete the highlighted </w:t>
      </w:r>
      <w:r>
        <w:rPr>
          <w:i/>
          <w:color w:val="6B6B6B"/>
          <w:sz w:val="18"/>
          <w:highlight w:val="yellow"/>
        </w:rPr>
        <w:t>[placeholders]</w:t>
      </w:r>
      <w:r>
        <w:rPr>
          <w:i/>
          <w:color w:val="6B6B6B"/>
          <w:sz w:val="18"/>
        </w:rPr>
        <w:t>. Pick 10–15 questions for a 30–45 minute conversation; keep a core set the same for everyone so you can compare answers over time.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Employee</w:t>
            </w:r>
          </w:p>
        </w:tc>
        <w:tc>
          <w:tcPr>
            <w:tcW w:type="dxa" w:w="4320"/>
          </w:tcPr>
          <w:p>
            <w:r/>
            <w:r>
              <w:rPr>
                <w:b/>
                <w:highlight w:val="yellow"/>
              </w:rPr>
              <w:t>[Name]</w:t>
            </w:r>
          </w:p>
        </w:tc>
      </w:tr>
      <w:tr>
        <w:tc>
          <w:tcPr>
            <w:tcW w:type="dxa" w:w="4320"/>
          </w:tcPr>
          <w:p>
            <w:r>
              <w:t>Role / team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Last working day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Interviewer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Interview date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</w:tbl>
    <w:p/>
    <w:p>
      <w:pPr>
        <w:pStyle w:val="Heading2"/>
      </w:pPr>
      <w:r>
        <w:t>Reasons for leaving</w:t>
      </w:r>
    </w:p>
    <w:p>
      <w:pPr>
        <w:pStyle w:val="ListBullet"/>
      </w:pPr>
      <w:r>
        <w:t>What prompted you to start looking for a new job?</w:t>
        <w:br/>
      </w:r>
      <w:r>
        <w:rPr>
          <w:highlight w:val="yellow"/>
        </w:rPr>
        <w:t>[Notes]</w:t>
      </w:r>
    </w:p>
    <w:p>
      <w:pPr>
        <w:pStyle w:val="ListBullet"/>
      </w:pPr>
      <w:r>
        <w:t>When did you first think about leaving, and what happened at that time?</w:t>
        <w:br/>
      </w:r>
      <w:r>
        <w:rPr>
          <w:highlight w:val="yellow"/>
        </w:rPr>
        <w:t>[Notes]</w:t>
      </w:r>
    </w:p>
    <w:p>
      <w:pPr>
        <w:pStyle w:val="ListBullet"/>
      </w:pPr>
      <w:r>
        <w:t>What made you accept the new offer?</w:t>
        <w:br/>
      </w:r>
      <w:r>
        <w:rPr>
          <w:highlight w:val="yellow"/>
        </w:rPr>
        <w:t>[Notes]</w:t>
      </w:r>
    </w:p>
    <w:p>
      <w:pPr>
        <w:pStyle w:val="ListBullet"/>
      </w:pPr>
      <w:r>
        <w:t>Was there one moment or decision that made up your mind?</w:t>
        <w:br/>
      </w:r>
      <w:r>
        <w:rPr>
          <w:highlight w:val="yellow"/>
        </w:rPr>
        <w:t>[Notes]</w:t>
      </w:r>
    </w:p>
    <w:p>
      <w:pPr>
        <w:pStyle w:val="ListBullet"/>
      </w:pPr>
      <w:r>
        <w:t>Could we have done anything to keep you? What, and when?</w:t>
        <w:br/>
      </w:r>
      <w:r>
        <w:rPr>
          <w:highlight w:val="yellow"/>
        </w:rPr>
        <w:t>[Notes]</w:t>
      </w:r>
    </w:p>
    <w:p>
      <w:pPr>
        <w:pStyle w:val="ListBullet"/>
      </w:pPr>
      <w:r>
        <w:t>Would you consider coming back in the future? Under what conditions?</w:t>
        <w:br/>
      </w:r>
      <w:r>
        <w:rPr>
          <w:highlight w:val="yellow"/>
        </w:rPr>
        <w:t>[Notes]</w:t>
      </w:r>
    </w:p>
    <w:p>
      <w:pPr>
        <w:pStyle w:val="Heading2"/>
      </w:pPr>
      <w:r>
        <w:t>The role</w:t>
      </w:r>
    </w:p>
    <w:p>
      <w:pPr>
        <w:pStyle w:val="ListBullet"/>
      </w:pPr>
      <w:r>
        <w:t>Did the job match the description you were hired for?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have the tools, resources and information you needed to do your job well?</w:t>
        <w:br/>
      </w:r>
      <w:r>
        <w:rPr>
          <w:highlight w:val="yellow"/>
        </w:rPr>
        <w:t>[Notes]</w:t>
      </w:r>
    </w:p>
    <w:p>
      <w:pPr>
        <w:pStyle w:val="ListBullet"/>
      </w:pPr>
      <w:r>
        <w:t>How manageable was your workload most of the time?</w:t>
        <w:br/>
      </w:r>
      <w:r>
        <w:rPr>
          <w:highlight w:val="yellow"/>
        </w:rPr>
        <w:t>[Notes]</w:t>
      </w:r>
    </w:p>
    <w:p>
      <w:pPr>
        <w:pStyle w:val="ListBullet"/>
      </w:pPr>
      <w:r>
        <w:t>Which parts of your job did you enjoy most, and which least?</w:t>
        <w:br/>
      </w:r>
      <w:r>
        <w:rPr>
          <w:highlight w:val="yellow"/>
        </w:rPr>
        <w:t>[Notes]</w:t>
      </w:r>
    </w:p>
    <w:p>
      <w:pPr>
        <w:pStyle w:val="ListBullet"/>
      </w:pPr>
      <w:r>
        <w:t>What should we change about this role before we hire your replacement?</w:t>
        <w:br/>
      </w:r>
      <w:r>
        <w:rPr>
          <w:highlight w:val="yellow"/>
        </w:rPr>
        <w:t>[Notes]</w:t>
      </w:r>
    </w:p>
    <w:p>
      <w:pPr>
        <w:pStyle w:val="ListBullet"/>
      </w:pPr>
      <w:r>
        <w:t>What should your successor know that isn't written down anywhere?</w:t>
        <w:br/>
      </w:r>
      <w:r>
        <w:rPr>
          <w:highlight w:val="yellow"/>
        </w:rPr>
        <w:t>[Notes]</w:t>
      </w:r>
    </w:p>
    <w:p>
      <w:pPr>
        <w:pStyle w:val="Heading2"/>
      </w:pPr>
      <w:r>
        <w:t>Manager and team</w:t>
      </w:r>
    </w:p>
    <w:p>
      <w:pPr>
        <w:pStyle w:val="ListBullet"/>
      </w:pPr>
      <w:r>
        <w:t>How would you describe your relationship with your manager?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get regular, useful feedback on your work?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feel your contributions were recognized?</w:t>
        <w:br/>
      </w:r>
      <w:r>
        <w:rPr>
          <w:highlight w:val="yellow"/>
        </w:rPr>
        <w:t>[Notes]</w:t>
      </w:r>
    </w:p>
    <w:p>
      <w:pPr>
        <w:pStyle w:val="ListBullet"/>
      </w:pPr>
      <w:r>
        <w:t>How well did your team work together?</w:t>
        <w:br/>
      </w:r>
      <w:r>
        <w:rPr>
          <w:highlight w:val="yellow"/>
        </w:rPr>
        <w:t>[Notes]</w:t>
      </w:r>
    </w:p>
    <w:p>
      <w:pPr>
        <w:pStyle w:val="ListBullet"/>
      </w:pPr>
      <w:r>
        <w:t>Was there anything your manager could have done differently to support you?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ever experience or witness behavior that made you uncomfortable?</w:t>
        <w:br/>
      </w:r>
      <w:r>
        <w:rPr>
          <w:highlight w:val="yellow"/>
        </w:rPr>
        <w:t>[Notes]</w:t>
      </w:r>
    </w:p>
    <w:p>
      <w:pPr>
        <w:pStyle w:val="Heading2"/>
      </w:pPr>
      <w:r>
        <w:t>Growth and development</w:t>
      </w:r>
    </w:p>
    <w:p>
      <w:pPr>
        <w:pStyle w:val="ListBullet"/>
      </w:pPr>
      <w:r>
        <w:t>Did you have the opportunities to learn and grow that you expected?</w:t>
        <w:br/>
      </w:r>
      <w:r>
        <w:rPr>
          <w:highlight w:val="yellow"/>
        </w:rPr>
        <w:t>[Notes]</w:t>
      </w:r>
    </w:p>
    <w:p>
      <w:pPr>
        <w:pStyle w:val="ListBullet"/>
      </w:pPr>
      <w:r>
        <w:t>Was your career path here clear to you?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get the training you needed?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consider an internal move before deciding to leave? What stopped you?</w:t>
        <w:br/>
      </w:r>
      <w:r>
        <w:rPr>
          <w:highlight w:val="yellow"/>
        </w:rPr>
        <w:t>[Notes]</w:t>
      </w:r>
    </w:p>
    <w:p>
      <w:pPr>
        <w:pStyle w:val="Heading2"/>
      </w:pPr>
      <w:r>
        <w:t>Pay, benefits and working conditions</w:t>
      </w:r>
    </w:p>
    <w:p>
      <w:pPr>
        <w:pStyle w:val="ListBullet"/>
      </w:pPr>
      <w:r>
        <w:t>How do you feel about your pay compared with the market and your colleagues?</w:t>
        <w:br/>
      </w:r>
      <w:r>
        <w:rPr>
          <w:highlight w:val="yellow"/>
        </w:rPr>
        <w:t>[Notes]</w:t>
      </w:r>
    </w:p>
    <w:p>
      <w:pPr>
        <w:pStyle w:val="ListBullet"/>
      </w:pPr>
      <w:r>
        <w:t>Which benefits did you value most, and which were missing?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have the flexibility you needed (hours, location, leave)?</w:t>
        <w:br/>
      </w:r>
      <w:r>
        <w:rPr>
          <w:highlight w:val="yellow"/>
        </w:rPr>
        <w:t>[Notes]</w:t>
      </w:r>
    </w:p>
    <w:p>
      <w:pPr>
        <w:pStyle w:val="ListBullet"/>
      </w:pPr>
      <w:r>
        <w:t>How would you rate your work-life balance here?</w:t>
        <w:br/>
      </w:r>
      <w:r>
        <w:rPr>
          <w:highlight w:val="yellow"/>
        </w:rPr>
        <w:t>[Notes]</w:t>
      </w:r>
    </w:p>
    <w:p>
      <w:pPr>
        <w:pStyle w:val="Heading2"/>
      </w:pPr>
      <w:r>
        <w:t>Culture and company</w:t>
      </w:r>
    </w:p>
    <w:p>
      <w:pPr>
        <w:pStyle w:val="ListBullet"/>
      </w:pPr>
      <w:r>
        <w:t>How would you describe our culture to a friend?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feel our company values were lived day to day?</w:t>
        <w:br/>
      </w:r>
      <w:r>
        <w:rPr>
          <w:highlight w:val="yellow"/>
        </w:rPr>
        <w:t>[Notes]</w:t>
      </w:r>
    </w:p>
    <w:p>
      <w:pPr>
        <w:pStyle w:val="ListBullet"/>
      </w:pPr>
      <w:r>
        <w:t>Did you feel included and treated fairly?</w:t>
        <w:br/>
      </w:r>
      <w:r>
        <w:rPr>
          <w:highlight w:val="yellow"/>
        </w:rPr>
        <w:t>[Notes]</w:t>
      </w:r>
    </w:p>
    <w:p>
      <w:pPr>
        <w:pStyle w:val="ListBullet"/>
      </w:pPr>
      <w:r>
        <w:t>How well did leadership communicate decisions and direction?</w:t>
        <w:br/>
      </w:r>
      <w:r>
        <w:rPr>
          <w:highlight w:val="yellow"/>
        </w:rPr>
        <w:t>[Notes]</w:t>
      </w:r>
    </w:p>
    <w:p>
      <w:pPr>
        <w:pStyle w:val="ListBullet"/>
      </w:pPr>
      <w:r>
        <w:t>What does the company do well that we should keep?</w:t>
        <w:br/>
      </w:r>
      <w:r>
        <w:rPr>
          <w:highlight w:val="yellow"/>
        </w:rPr>
        <w:t>[Notes]</w:t>
      </w:r>
    </w:p>
    <w:p>
      <w:pPr>
        <w:pStyle w:val="ListBullet"/>
      </w:pPr>
      <w:r>
        <w:t>If you could change one thing about the company, what would it be?</w:t>
        <w:br/>
      </w:r>
      <w:r>
        <w:rPr>
          <w:highlight w:val="yellow"/>
        </w:rPr>
        <w:t>[Notes]</w:t>
      </w:r>
    </w:p>
    <w:p>
      <w:pPr>
        <w:pStyle w:val="Heading2"/>
      </w:pPr>
      <w:r>
        <w:t>Wrapping up</w:t>
      </w:r>
    </w:p>
    <w:p>
      <w:pPr>
        <w:pStyle w:val="ListBullet"/>
      </w:pPr>
      <w:r>
        <w:t>Would you recommend us to a friend as a place to work? Why or why not?</w:t>
        <w:br/>
      </w:r>
      <w:r>
        <w:rPr>
          <w:highlight w:val="yellow"/>
        </w:rPr>
        <w:t>[Notes]</w:t>
      </w:r>
    </w:p>
    <w:p>
      <w:pPr>
        <w:pStyle w:val="ListBullet"/>
      </w:pPr>
      <w:r>
        <w:t>Is there anything we haven't asked that you would like to share?</w:t>
        <w:br/>
      </w:r>
      <w:r>
        <w:rPr>
          <w:highlight w:val="yellow"/>
        </w:rPr>
        <w:t>[Notes]</w:t>
      </w:r>
    </w:p>
    <w:p>
      <w:pPr>
        <w:pStyle w:val="Heading2"/>
      </w:pPr>
      <w:r>
        <w:t>Summary for HR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Topic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Notes</w:t>
            </w:r>
          </w:p>
        </w:tc>
      </w:tr>
      <w:tr>
        <w:tc>
          <w:tcPr>
            <w:tcW w:type="dxa" w:w="4320"/>
          </w:tcPr>
          <w:p>
            <w:r>
              <w:t>Main reason for leaving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Regretted / non-regretted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Themes to share with the manager (anonymized)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  <w:tr>
        <w:tc>
          <w:tcPr>
            <w:tcW w:type="dxa" w:w="4320"/>
          </w:tcPr>
          <w:p>
            <w:r>
              <w:t>Follow-up actions and owners</w:t>
            </w:r>
          </w:p>
        </w:tc>
        <w:tc>
          <w:tcPr>
            <w:tcW w:type="dxa" w:w="4320"/>
          </w:tcPr>
          <w:p>
            <w:r>
              <w:rPr>
                <w:highlight w:val="yellow"/>
              </w:rPr>
              <w:t>[ ]</w:t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6"/>
      </w:rPr>
      <w:t>Template by flair · flair.hr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3131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3131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31313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Interview Questions</dc:title>
  <dc:subject/>
  <dc:creator>flair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