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Austrittsgespräch: Fragenkatalog</w:t>
      </w:r>
    </w:p>
    <w:p>
      <w:r>
        <w:rPr>
          <w:i/>
          <w:color w:val="6B6B6B"/>
          <w:sz w:val="18"/>
        </w:rPr>
        <w:t xml:space="preserve">Vorlage von flair (flair.hr), Stand Oktober 2026. Gelb markierte </w:t>
      </w:r>
      <w:r>
        <w:rPr>
          <w:i/>
          <w:color w:val="6B6B6B"/>
          <w:sz w:val="18"/>
          <w:highlight w:val="yellow"/>
        </w:rPr>
        <w:t>[Platzhalter]</w:t>
      </w:r>
      <w:r>
        <w:rPr>
          <w:i/>
          <w:color w:val="6B6B6B"/>
          <w:sz w:val="18"/>
        </w:rPr>
        <w:t xml:space="preserve"> ausfüllen oder löschen. Wählen Sie 10 bis 15 Fragen für ein Gespräch von 30 bis 45 Minuten; ein fester Kern an Fragen macht Antworten über die Zeit vergleichbar.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Mitarbeiter:in</w:t>
            </w:r>
          </w:p>
        </w:tc>
        <w:tc>
          <w:tcPr>
            <w:tcW w:type="dxa" w:w="4320"/>
          </w:tcPr>
          <w:p>
            <w:r/>
            <w:r>
              <w:rPr>
                <w:b/>
                <w:highlight w:val="yellow"/>
              </w:rPr>
              <w:t>[Name]</w:t>
            </w:r>
          </w:p>
        </w:tc>
      </w:tr>
      <w:tr>
        <w:tc>
          <w:tcPr>
            <w:tcW w:type="dxa" w:w="4320"/>
          </w:tcPr>
          <w:p>
            <w:r>
              <w:t>Position / Team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Letzter Arbeitstag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Gesprächsführung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Datum des Gesprächs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</w:tbl>
    <w:p/>
    <w:p>
      <w:pPr>
        <w:pStyle w:val="Heading2"/>
      </w:pPr>
      <w:r>
        <w:t>Gründe für die Kündigung</w:t>
      </w:r>
    </w:p>
    <w:p>
      <w:pPr>
        <w:pStyle w:val="ListBullet"/>
      </w:pPr>
      <w:r>
        <w:t>Was hat dich dazu gebracht, dich nach einer neuen Stelle umzusehen?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Wann hast du zum ersten Mal über einen Wechsel nachgedacht, und was ist damals passiert?</w:t>
        <w:br/>
      </w:r>
      <w:r>
        <w:rPr>
          <w:highlight w:val="yellow"/>
        </w:rPr>
        <w:t>[Notizen]</w:t>
      </w:r>
    </w:p>
    <w:p>
      <w:pPr>
        <w:pStyle w:val="ListBullet"/>
      </w:pPr>
      <w:r>
        <w:t>Was hat dich am neuen Angebot überzeugt?</w:t>
        <w:br/>
      </w:r>
      <w:r>
        <w:rPr>
          <w:highlight w:val="yellow"/>
        </w:rPr>
        <w:t>[Notizen]</w:t>
      </w:r>
    </w:p>
    <w:p>
      <w:pPr>
        <w:pStyle w:val="ListBullet"/>
      </w:pPr>
      <w:r>
        <w:t>Gab es einen bestimmten Moment oder eine Entscheidung, die den Ausschlag gegeben hat?</w:t>
        <w:br/>
      </w:r>
      <w:r>
        <w:rPr>
          <w:highlight w:val="yellow"/>
        </w:rPr>
        <w:t>[Notizen]</w:t>
      </w:r>
    </w:p>
    <w:p>
      <w:pPr>
        <w:pStyle w:val="ListBullet"/>
      </w:pPr>
      <w:r>
        <w:t>Hätten wir etwas tun können, um dich zu halten? Was, und wann?</w:t>
        <w:br/>
      </w:r>
      <w:r>
        <w:rPr>
          <w:highlight w:val="yellow"/>
        </w:rPr>
        <w:t>[Notizen]</w:t>
      </w:r>
    </w:p>
    <w:p>
      <w:pPr>
        <w:pStyle w:val="ListBullet"/>
      </w:pPr>
      <w:r>
        <w:t>Könntest du dir vorstellen, später zurückzukommen? Unter welchen Bedingungen?</w:t>
        <w:br/>
      </w:r>
      <w:r>
        <w:rPr>
          <w:highlight w:val="yellow"/>
        </w:rPr>
        <w:t>[Notizen]</w:t>
      </w:r>
    </w:p>
    <w:p>
      <w:pPr>
        <w:pStyle w:val="Heading2"/>
      </w:pPr>
      <w:r>
        <w:t>Die Stelle</w:t>
      </w:r>
    </w:p>
    <w:p>
      <w:pPr>
        <w:pStyle w:val="ListBullet"/>
      </w:pPr>
      <w:r>
        <w:t>Hat die Stelle der Beschreibung entsprochen, mit der wir dich eingestellt haben?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Hattest du die Werkzeuge, Ressourcen und Informationen, die du für deine Arbeit gebraucht hast?</w:t>
        <w:br/>
      </w:r>
      <w:r>
        <w:rPr>
          <w:highlight w:val="yellow"/>
        </w:rPr>
        <w:t>[Notizen]</w:t>
      </w:r>
    </w:p>
    <w:p>
      <w:pPr>
        <w:pStyle w:val="ListBullet"/>
      </w:pPr>
      <w:r>
        <w:t>Wie gut war deine Arbeitsbelastung die meiste Zeit zu bewältigen?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Welche Aufgaben haben dir am meisten Spaß gemacht, welche am wenigsten?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Was sollten wir an der Stelle ändern, bevor wir sie neu besetzen?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Was sollte deine Nachfolge wissen, das nirgends aufgeschrieben ist?</w:t>
        <w:br/>
      </w:r>
      <w:r>
        <w:rPr>
          <w:highlight w:val="yellow"/>
        </w:rPr>
        <w:t>[Notizen]</w:t>
      </w:r>
    </w:p>
    <w:p>
      <w:pPr>
        <w:pStyle w:val="Heading2"/>
      </w:pPr>
      <w:r>
        <w:t>Führungskraft und Team</w:t>
      </w:r>
    </w:p>
    <w:p>
      <w:pPr>
        <w:pStyle w:val="ListBullet"/>
      </w:pPr>
      <w:r>
        <w:t>Wie würdest du die Zusammenarbeit mit deiner Führungskraft beschreiben?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Hast du regelmäßig hilfreiches Feedback zu deiner Arbeit bekommen?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Hattest du das Gefühl, dass deine Arbeit wertgeschätzt wurde?</w:t>
        <w:br/>
      </w:r>
      <w:r>
        <w:rPr>
          <w:highlight w:val="yellow"/>
        </w:rPr>
        <w:t>[Notizen]</w:t>
      </w:r>
    </w:p>
    <w:p>
      <w:pPr>
        <w:pStyle w:val="ListBullet"/>
      </w:pPr>
      <w:r>
        <w:t>Wie gut hat dein Team zusammengearbeitet?</w:t>
        <w:br/>
      </w:r>
      <w:r>
        <w:rPr>
          <w:highlight w:val="yellow"/>
        </w:rPr>
        <w:t>[Notizen]</w:t>
      </w:r>
    </w:p>
    <w:p>
      <w:pPr>
        <w:pStyle w:val="ListBullet"/>
      </w:pPr>
      <w:r>
        <w:t>Was hätte deine Führungskraft anders machen können, um dich zu unterstützen?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Hast du Verhalten erlebt oder beobachtet, bei dem du dich unwohl gefühlt hast?</w:t>
        <w:br/>
      </w:r>
      <w:r>
        <w:rPr>
          <w:highlight w:val="yellow"/>
        </w:rPr>
        <w:t>[Notizen]</w:t>
      </w:r>
    </w:p>
    <w:p>
      <w:pPr>
        <w:pStyle w:val="Heading2"/>
      </w:pPr>
      <w:r>
        <w:t>Entwicklung und Weiterbildung</w:t>
      </w:r>
    </w:p>
    <w:p>
      <w:pPr>
        <w:pStyle w:val="ListBullet"/>
      </w:pPr>
      <w:r>
        <w:t>Hattest du die Lern- und Entwicklungsmöglichkeiten, die du erwartet hast?</w:t>
        <w:br/>
      </w:r>
      <w:r>
        <w:rPr>
          <w:highlight w:val="yellow"/>
        </w:rPr>
        <w:t>[Notizen]</w:t>
      </w:r>
    </w:p>
    <w:p>
      <w:pPr>
        <w:pStyle w:val="ListBullet"/>
      </w:pPr>
      <w:r>
        <w:t>War dir klar, wie dein Karriereweg bei uns aussehen kann?</w:t>
        <w:br/>
      </w:r>
      <w:r>
        <w:rPr>
          <w:highlight w:val="yellow"/>
        </w:rPr>
        <w:t>[Notizen]</w:t>
      </w:r>
    </w:p>
    <w:p>
      <w:pPr>
        <w:pStyle w:val="ListBullet"/>
      </w:pPr>
      <w:r>
        <w:t>Hast du die Weiterbildung bekommen, die du gebraucht hast?</w:t>
        <w:br/>
      </w:r>
      <w:r>
        <w:rPr>
          <w:highlight w:val="yellow"/>
        </w:rPr>
        <w:t>[Notizen]</w:t>
      </w:r>
    </w:p>
    <w:p>
      <w:pPr>
        <w:pStyle w:val="ListBullet"/>
      </w:pPr>
      <w:r>
        <w:t>Hast du über einen internen Wechsel nachgedacht? Was hat dich davon abgehalten?</w:t>
        <w:br/>
      </w:r>
      <w:r>
        <w:rPr>
          <w:highlight w:val="yellow"/>
        </w:rPr>
        <w:t>[Notizen]</w:t>
      </w:r>
    </w:p>
    <w:p>
      <w:pPr>
        <w:pStyle w:val="Heading2"/>
      </w:pPr>
      <w:r>
        <w:t>Vergütung, Benefits und Arbeitsbedingungen</w:t>
      </w:r>
    </w:p>
    <w:p>
      <w:pPr>
        <w:pStyle w:val="ListBullet"/>
      </w:pPr>
      <w:r>
        <w:t>Wie schätzt du dein Gehalt im Vergleich zum Markt und zu Kolleg:innen ein?</w:t>
        <w:br/>
      </w:r>
      <w:r>
        <w:rPr>
          <w:highlight w:val="yellow"/>
        </w:rPr>
        <w:t>[Notizen]</w:t>
      </w:r>
    </w:p>
    <w:p>
      <w:pPr>
        <w:pStyle w:val="ListBullet"/>
      </w:pPr>
      <w:r>
        <w:t>Welche Benefits waren dir am wichtigsten, und welche haben gefehlt?</w:t>
        <w:br/>
      </w:r>
      <w:r>
        <w:rPr>
          <w:highlight w:val="yellow"/>
        </w:rPr>
        <w:t>[Notizen]</w:t>
      </w:r>
    </w:p>
    <w:p>
      <w:pPr>
        <w:pStyle w:val="ListBullet"/>
      </w:pPr>
      <w:r>
        <w:t>Hattest du die Flexibilität, die du gebraucht hast (Arbeitszeit, Arbeitsort, Urlaub)?</w:t>
        <w:br/>
      </w:r>
      <w:r>
        <w:rPr>
          <w:highlight w:val="yellow"/>
        </w:rPr>
        <w:t>[Notizen]</w:t>
      </w:r>
    </w:p>
    <w:p>
      <w:pPr>
        <w:pStyle w:val="ListBullet"/>
      </w:pPr>
      <w:r>
        <w:t>Wie bewertest du deine Work-Life-Balance bei uns?</w:t>
        <w:br/>
      </w:r>
      <w:r>
        <w:rPr>
          <w:highlight w:val="yellow"/>
        </w:rPr>
        <w:t>[Notizen]</w:t>
      </w:r>
    </w:p>
    <w:p>
      <w:pPr>
        <w:pStyle w:val="Heading2"/>
      </w:pPr>
      <w:r>
        <w:t>Kultur und Unternehmen</w:t>
      </w:r>
    </w:p>
    <w:p>
      <w:pPr>
        <w:pStyle w:val="ListBullet"/>
      </w:pPr>
      <w:r>
        <w:t>Wie würdest du unsere Unternehmenskultur einem Freund oder einer Freundin beschreiben?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Hattest du das Gefühl, dass unsere Werte im Alltag gelebt werden?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Hast du dich einbezogen und fair behandelt gefühlt?</w:t>
        <w:br/>
      </w:r>
      <w:r>
        <w:rPr>
          <w:highlight w:val="yellow"/>
        </w:rPr>
        <w:t>[Notizen]</w:t>
      </w:r>
    </w:p>
    <w:p>
      <w:pPr>
        <w:pStyle w:val="ListBullet"/>
      </w:pPr>
      <w:r>
        <w:t>Wie gut hat die Geschäftsführung Entscheidungen und Richtung kommuniziert?</w:t>
        <w:br/>
      </w:r>
      <w:r>
        <w:rPr>
          <w:highlight w:val="yellow"/>
        </w:rPr>
        <w:t>[Notizen]</w:t>
      </w:r>
    </w:p>
    <w:p>
      <w:pPr>
        <w:pStyle w:val="ListBullet"/>
      </w:pPr>
      <w:r>
        <w:t>Was macht das Unternehmen gut und sollte es beibehalten?</w:t>
        <w:br/>
      </w:r>
      <w:r>
        <w:rPr>
          <w:highlight w:val="yellow"/>
        </w:rPr>
        <w:t>[Notizen]</w:t>
      </w:r>
    </w:p>
    <w:p>
      <w:pPr>
        <w:pStyle w:val="ListBullet"/>
      </w:pPr>
      <w:r>
        <w:t>Wenn du eine Sache im Unternehmen ändern könntest, welche wäre das?</w:t>
        <w:br/>
      </w:r>
      <w:r>
        <w:rPr>
          <w:highlight w:val="yellow"/>
        </w:rPr>
        <w:t>[Notizen]</w:t>
      </w:r>
    </w:p>
    <w:p>
      <w:pPr>
        <w:pStyle w:val="Heading2"/>
      </w:pPr>
      <w:r>
        <w:t>Abschluss</w:t>
      </w:r>
    </w:p>
    <w:p>
      <w:pPr>
        <w:pStyle w:val="ListBullet"/>
      </w:pPr>
      <w:r>
        <w:t>Würdest du uns als Arbeitgeber weiterempfehlen? Warum oder warum nicht?</w:t>
        <w:br/>
      </w:r>
      <w:r>
        <w:rPr>
          <w:highlight w:val="yellow"/>
        </w:rPr>
        <w:t>[Notizen]</w:t>
      </w:r>
    </w:p>
    <w:p>
      <w:pPr>
        <w:pStyle w:val="ListBullet"/>
      </w:pPr>
      <w:r>
        <w:t>Gibt es etwas, das wir nicht gefragt haben und das du noch loswerden möchtest?</w:t>
        <w:br/>
      </w:r>
      <w:r>
        <w:rPr>
          <w:highlight w:val="yellow"/>
        </w:rPr>
        <w:t>[Notizen]</w:t>
      </w:r>
    </w:p>
    <w:p>
      <w:pPr>
        <w:pStyle w:val="Heading2"/>
      </w:pPr>
      <w:r>
        <w:t>Zusammenfassung für HR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Thema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Notizen</w:t>
            </w:r>
          </w:p>
        </w:tc>
      </w:tr>
      <w:tr>
        <w:tc>
          <w:tcPr>
            <w:tcW w:type="dxa" w:w="4320"/>
          </w:tcPr>
          <w:p>
            <w:r>
              <w:t>Hauptgrund für die Kündigung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Bedauerter / nicht bedauerter Abgang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Themen für die Führungskraft (anonymisiert)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Maßnahmen und Verantwortliche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6"/>
      </w:rPr>
      <w:t>Vorlage von flair · flair.hr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313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3131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3131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Austrittsgespräch: Fragenkatalog</dc:title>
  <dc:subject/>
  <dc:creator>flair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