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 Beispiel für ein qualifiziertes Arbeitszeugnis mit der Gesamtnote „gut“; die Formulierungen für andere Noten finden Sie auf flair.hr/de/flair-library/arbeitszeugnis-muster.</w:t>
      </w:r>
    </w:p>
    <w:p>
      <w:r>
        <w:rPr>
          <w:highlight w:val="yellow"/>
        </w:rPr>
        <w:t>[Briefkopf des Unternehmens]</w:t>
      </w:r>
    </w:p>
    <w:p>
      <w:pPr>
        <w:pStyle w:val="Heading2"/>
      </w:pPr>
      <w:r>
        <w:t>Arbeitszeugnis</w:t>
      </w:r>
    </w:p>
    <w:p>
      <w:r>
        <w:t xml:space="preserve">Frau </w:t>
      </w:r>
      <w:r>
        <w:rPr>
          <w:highlight w:val="yellow"/>
        </w:rPr>
        <w:t>[Julia Beispiel]</w:t>
      </w:r>
      <w:r>
        <w:t xml:space="preserve">, geboren am </w:t>
      </w:r>
      <w:r>
        <w:rPr>
          <w:highlight w:val="yellow"/>
        </w:rPr>
        <w:t>[12. März 1990]</w:t>
      </w:r>
      <w:r>
        <w:t xml:space="preserve">, war vom </w:t>
      </w:r>
      <w:r>
        <w:rPr>
          <w:highlight w:val="yellow"/>
        </w:rPr>
        <w:t>[1. April 2022]</w:t>
      </w:r>
      <w:r>
        <w:t xml:space="preserve"> bis zum </w:t>
      </w:r>
      <w:r>
        <w:rPr>
          <w:highlight w:val="yellow"/>
        </w:rPr>
        <w:t>[31. März 2026]</w:t>
      </w:r>
      <w:r>
        <w:t xml:space="preserve"> in unserem Unternehmen als </w:t>
      </w:r>
      <w:r>
        <w:rPr>
          <w:highlight w:val="yellow"/>
        </w:rPr>
        <w:t>[Personalreferentin]</w:t>
      </w:r>
      <w:r>
        <w:t xml:space="preserve"> im Bereich </w:t>
      </w:r>
      <w:r>
        <w:rPr>
          <w:highlight w:val="yellow"/>
        </w:rPr>
        <w:t>[Personal]</w:t>
      </w:r>
      <w:r>
        <w:t xml:space="preserve"> tätig.</w:t>
      </w:r>
    </w:p>
    <w:p>
      <w:r>
        <w:t xml:space="preserve">Die </w:t>
      </w:r>
      <w:r>
        <w:rPr>
          <w:highlight w:val="yellow"/>
        </w:rPr>
        <w:t>[Beispiel GmbH]</w:t>
      </w:r>
      <w:r>
        <w:t xml:space="preserve"> ist ein </w:t>
      </w:r>
      <w:r>
        <w:rPr>
          <w:highlight w:val="yellow"/>
        </w:rPr>
        <w:t>[Softwareunternehmen]</w:t>
      </w:r>
      <w:r>
        <w:t xml:space="preserve"> mit </w:t>
      </w:r>
      <w:r>
        <w:rPr>
          <w:highlight w:val="yellow"/>
        </w:rPr>
        <w:t>[180]</w:t>
      </w:r>
      <w:r>
        <w:t xml:space="preserve"> Mitarbeitenden an </w:t>
      </w:r>
      <w:r>
        <w:rPr>
          <w:highlight w:val="yellow"/>
        </w:rPr>
        <w:t>[zwei]</w:t>
      </w:r>
      <w:r>
        <w:t xml:space="preserve"> Standorten in Deutschland. </w:t>
      </w:r>
      <w:r>
        <w:rPr>
          <w:highlight w:val="yellow"/>
        </w:rPr>
        <w:t>[Ein Satz zum Unternehmen.]</w:t>
      </w:r>
    </w:p>
    <w:p>
      <w:r>
        <w:t xml:space="preserve">Zu den Aufgaben von Frau </w:t>
      </w:r>
      <w:r>
        <w:rPr>
          <w:highlight w:val="yellow"/>
        </w:rPr>
        <w:t>[Beispiel]</w:t>
      </w:r>
      <w:r>
        <w:t xml:space="preserve"> gehörten insbesondere:</w:t>
      </w:r>
    </w:p>
    <w:p>
      <w:pPr>
        <w:pStyle w:val="ListBullet"/>
      </w:pPr>
      <w:r>
        <w:rPr>
          <w:highlight w:val="yellow"/>
        </w:rPr>
        <w:t>[die Betreuung von rund 90 Beschäftigten in allen personalrelevanten Fragen]</w:t>
      </w:r>
    </w:p>
    <w:p>
      <w:pPr>
        <w:pStyle w:val="ListBullet"/>
      </w:pPr>
      <w:r>
        <w:rPr>
          <w:highlight w:val="yellow"/>
        </w:rPr>
        <w:t>[die Vorbereitung der monatlichen Entgeltabrechnung in Zusammenarbeit mit dem Steuerbüro]</w:t>
      </w:r>
    </w:p>
    <w:p>
      <w:pPr>
        <w:pStyle w:val="ListBullet"/>
      </w:pPr>
      <w:r>
        <w:rPr>
          <w:highlight w:val="yellow"/>
        </w:rPr>
        <w:t>[die Erstellung von Arbeitsverträgen, Vertragsänderungen und Zeugnissen]</w:t>
      </w:r>
    </w:p>
    <w:p>
      <w:pPr>
        <w:pStyle w:val="ListBullet"/>
      </w:pPr>
      <w:r>
        <w:rPr>
          <w:highlight w:val="yellow"/>
        </w:rPr>
        <w:t>[die Organisation des Onboardings neuer Mitarbeitender]</w:t>
      </w:r>
    </w:p>
    <w:p>
      <w:pPr>
        <w:pStyle w:val="ListBullet"/>
      </w:pPr>
      <w:r>
        <w:rPr>
          <w:highlight w:val="yellow"/>
        </w:rPr>
        <w:t>[die Einführung einer digitalen Personalakte als Projektverantwortliche]</w:t>
      </w:r>
    </w:p>
    <w:p>
      <w:r>
        <w:t xml:space="preserve">Frau </w:t>
      </w:r>
      <w:r>
        <w:rPr>
          <w:highlight w:val="yellow"/>
        </w:rPr>
        <w:t>[Beispiel]</w:t>
      </w:r>
      <w:r>
        <w:t xml:space="preserve"> verfügt über ein umfassendes und fundiertes Fachwissen im Arbeits- und Sozialversicherungsrecht, das sie stets sicher und zielgerichtet in der Praxis einsetzte. Sie bildete sich regelmäßig fort, zuletzt </w:t>
      </w:r>
      <w:r>
        <w:rPr>
          <w:highlight w:val="yellow"/>
        </w:rPr>
        <w:t>[mit einem Lehrgang zur Personalfachkauffrau (IHK)]</w:t>
      </w:r>
      <w:r>
        <w:t>.</w:t>
      </w:r>
    </w:p>
    <w:p>
      <w:r>
        <w:t>Sie zeigte stets großes Engagement und Eigeninitiative und identifizierte sich mit ihren Aufgaben und unserem Unternehmen. Auch in Zeiten hoher Arbeitsbelastung behielt sie den Überblick und arbeitete stets ruhig, überlegt und belastbar.</w:t>
      </w:r>
    </w:p>
    <w:p>
      <w:r>
        <w:t xml:space="preserve">Frau </w:t>
      </w:r>
      <w:r>
        <w:rPr>
          <w:highlight w:val="yellow"/>
        </w:rPr>
        <w:t>[Beispiel]</w:t>
      </w:r>
      <w:r>
        <w:t xml:space="preserve"> arbeitete stets selbstständig, sorgfältig und zuverlässig. Ihre Arbeitsergebnisse waren stets von guter Qualität. </w:t>
      </w:r>
      <w:r>
        <w:rPr>
          <w:highlight w:val="yellow"/>
        </w:rPr>
        <w:t>[Besonders hervorzuheben ist die erfolgreiche Einführung der digitalen Personalakte, mit der sich der Aufwand für Personaldokumente deutlich verringert hat.]</w:t>
      </w:r>
    </w:p>
    <w:p>
      <w:r>
        <w:t>Sie erledigte die ihr übertragenen Aufgaben stets zu unserer vollen Zufriedenheit.</w:t>
      </w:r>
    </w:p>
    <w:p>
      <w:r>
        <w:t>Ihr Verhalten gegenüber Vorgesetzten, Kolleginnen und Kollegen sowie Bewerberinnen und Bewerbern war stets einwandfrei. Wegen ihrer freundlichen und hilfsbereiten Art war sie im gesamten Unternehmen geschätzt.</w:t>
      </w:r>
    </w:p>
    <w:p>
      <w:r>
        <w:t xml:space="preserve">Frau </w:t>
      </w:r>
      <w:r>
        <w:rPr>
          <w:highlight w:val="yellow"/>
        </w:rPr>
        <w:t>[Beispiel]</w:t>
      </w:r>
      <w:r>
        <w:t xml:space="preserve"> verlässt unser Unternehmen zum </w:t>
      </w:r>
      <w:r>
        <w:rPr>
          <w:highlight w:val="yellow"/>
        </w:rPr>
        <w:t>[31. März 2026]</w:t>
      </w:r>
      <w:r>
        <w:t xml:space="preserve"> auf eigenen Wunsch, um sich einer neuen beruflichen Herausforderung zu stellen. Wir bedauern ihre Entscheidung, danken ihr für die gute Zusammenarbeit und wünschen ihr für ihren weiteren beruflichen und persönlichen Weg alles Gute und weiterhin viel Erfolg.</w:t>
      </w:r>
    </w:p>
    <w:p>
      <w:r>
        <w:rPr>
          <w:highlight w:val="yellow"/>
        </w:rPr>
        <w:t>[Ort]</w:t>
      </w:r>
      <w:r>
        <w:t xml:space="preserve">, </w:t>
      </w:r>
      <w:r>
        <w:rPr>
          <w:highlight w:val="yellow"/>
        </w:rPr>
        <w:t>[31. März 2026]</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[Vor- und Nachname]</w:t>
            </w:r>
            <w:r>
              <w:rPr>
                <w:sz w:val="18"/>
              </w:rPr>
              <w:br/>
            </w:r>
            <w:r>
              <w:rPr>
                <w:sz w:val="18"/>
                <w:highlight w:val="yellow"/>
              </w:rPr>
              <w:t>[Funktion, z. B. Leitung Personal]</w:t>
            </w:r>
          </w:p>
        </w:tc>
      </w:tr>
    </w:tbl>
    <w:p/>
    <w:p>
      <w:pPr>
        <w:pStyle w:val="Heading2"/>
      </w:pPr>
      <w:r>
        <w:t>Hinweise zur Verwendung (vor dem Ausstellen löschen)</w:t>
      </w:r>
    </w:p>
    <w:p>
      <w:pPr>
        <w:pStyle w:val="ListBullet"/>
      </w:pPr>
      <w:r>
        <w:t>Rechtsgrundlage ist § 109 GewO: Das Zeugnis muss klar und verständlich formuliert sein und darf keine versteckten Botschaften enthalten. Auf Wunsch erstreckt es sich auf Leistung und Verhalten (qualifiziertes Zeugnis).</w:t>
      </w:r>
    </w:p>
    <w:p>
      <w:pPr>
        <w:pStyle w:val="ListBullet"/>
      </w:pPr>
      <w:r>
        <w:t>Form: auf Geschäftspapier, mit Datum und eigenhändiger Unterschrift einer ranghöheren Person. In elektronischer Form nur mit Einwilligung der Arbeitnehmerin bzw. des Arbeitnehmers (§ 109 Abs. 3 GewO).</w:t>
      </w:r>
    </w:p>
    <w:p>
      <w:pPr>
        <w:pStyle w:val="ListBullet"/>
      </w:pPr>
      <w:r>
        <w:t>Das Ausstellungsdatum ist in der Regel der letzte Tag des Arbeitsverhältnisses. Notenrelevant sind vor allem die Zufriedenheitsformel, die Verhaltensformel (Reihenfolge: Vorgesetzte vor Kolleg:innen) und die Schlussformel.</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Arbeitszeugnis</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