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Abmahnung</w:t>
      </w:r>
    </w:p>
    <w:p>
      <w:r>
        <w:rPr>
          <w:i/>
          <w:color w:val="6B6B6B"/>
          <w:sz w:val="18"/>
        </w:rPr>
        <w:t xml:space="preserve">Muster von flair (flair.hr), Stand Oktober 2026. Diese Vorlage ist ein unverbindliches Beispiel und keine Rechtsberatung. Passen Sie sie an Ihren Einzelfall, an geltende Tarifverträge und Betriebsvereinbarungen an und lassen Sie sie vor der Verwendung rechtlich prüfen. Gelb markierte Platzhalter in </w:t>
      </w:r>
      <w:r>
        <w:rPr>
          <w:i/>
          <w:color w:val="6B6B6B"/>
          <w:sz w:val="18"/>
          <w:highlight w:val="yellow"/>
        </w:rPr>
        <w:t>[eckigen Klammern]</w:t>
      </w:r>
      <w:r>
        <w:rPr>
          <w:i/>
          <w:color w:val="6B6B6B"/>
          <w:sz w:val="18"/>
        </w:rPr>
        <w:t xml:space="preserve"> ausfüllen oder löschen.</w:t>
      </w:r>
    </w:p>
    <w:p>
      <w:r>
        <w:rPr>
          <w:highlight w:val="yellow"/>
        </w:rPr>
        <w:t>[Firmenname]</w:t>
      </w:r>
      <w:r>
        <w:t xml:space="preserve">, </w:t>
      </w:r>
      <w:r>
        <w:rPr>
          <w:highlight w:val="yellow"/>
        </w:rPr>
        <w:t>[Anschrift]</w:t>
      </w:r>
    </w:p>
    <w:p>
      <w:r>
        <w:t xml:space="preserve">Frau/Herrn </w:t>
      </w:r>
      <w:r>
        <w:rPr>
          <w:highlight w:val="yellow"/>
        </w:rPr>
        <w:t>[Vor- und Nachname]</w:t>
      </w:r>
      <w:r>
        <w:br/>
      </w:r>
      <w:r>
        <w:rPr>
          <w:highlight w:val="yellow"/>
        </w:rPr>
        <w:t>[Anschrift]</w:t>
      </w:r>
      <w:r>
        <w:br/>
        <w:t>Persönlich – Übergabe gegen Empfangsbestätigung</w:t>
      </w:r>
    </w:p>
    <w:p>
      <w:r>
        <w:rPr>
          <w:highlight w:val="yellow"/>
        </w:rPr>
        <w:t>[Ort]</w:t>
      </w:r>
      <w:r>
        <w:t xml:space="preserve">, </w:t>
      </w:r>
      <w:r>
        <w:rPr>
          <w:highlight w:val="yellow"/>
        </w:rPr>
        <w:t>[Datum]</w:t>
      </w:r>
    </w:p>
    <w:p>
      <w:pPr>
        <w:pStyle w:val="Heading2"/>
      </w:pPr>
      <w:r>
        <w:t>Abmahnung</w:t>
      </w:r>
    </w:p>
    <w:p>
      <w:r>
        <w:t xml:space="preserve">Sehr geehrte:r </w:t>
      </w:r>
      <w:r>
        <w:rPr>
          <w:highlight w:val="yellow"/>
        </w:rPr>
        <w:t>[Frau/Herr Nachname]</w:t>
      </w:r>
      <w:r>
        <w:t>,</w:t>
      </w:r>
    </w:p>
    <w:p>
      <w:r>
        <w:t>wir müssen Ihnen leider folgendes Fehlverhalten vorhalten:</w:t>
      </w:r>
    </w:p>
    <w:p>
      <w:r>
        <w:rPr>
          <w:highlight w:val="yellow"/>
        </w:rPr>
        <w:t>[Konkreter Sachverhalt mit Datum, Uhrzeit und Ort, z. B.: Am Dienstag, den 6. Oktober 2026, haben Sie Ihre Arbeit erst um 9:45 Uhr aufgenommen, obwohl Ihre Arbeitszeit laut Dienstplan um 8:00 Uhr beginnt. Sie haben uns weder vorher noch bis zu Ihrem Eintreffen über die Verspätung informiert. Eine Entschuldigung oder Begründung haben Sie auch auf Nachfrage Ihrer Vorgesetzten, Frau …, nicht genannt.]</w:t>
      </w:r>
    </w:p>
    <w:p>
      <w:r>
        <w:t xml:space="preserve">Mit diesem Verhalten haben Sie gegen Ihre arbeitsvertraglichen Pflichten verstoßen, insbesondere gegen </w:t>
      </w:r>
      <w:r>
        <w:rPr>
          <w:highlight w:val="yellow"/>
        </w:rPr>
        <w:t>[die Pflicht zur pünktlichen Arbeitsaufnahme nach § 3 Ihres Arbeitsvertrags und die Pflicht, uns eine Arbeitsverhinderung unverzüglich mitzuteilen]</w:t>
      </w:r>
      <w:r>
        <w:t>. Dieses Verhalten missbilligen wir ausdrücklich. Wir fordern Sie auf, Ihre arbeitsvertraglichen Pflichten künftig ordnungsgemäß zu erfüllen.</w:t>
      </w:r>
    </w:p>
    <w:p>
      <w:r>
        <w:t>Wir weisen Sie ausdrücklich darauf hin, dass Sie im Wiederholungsfall oder bei einem vergleichbaren Pflichtverstoß mit weiteren arbeitsrechtlichen Konsequenzen bis hin zur Kündigung Ihres Arbeitsverhältnisses rechnen müssen.</w:t>
      </w:r>
    </w:p>
    <w:p>
      <w:r>
        <w:t>Eine Kopie dieser Abmahnung wird zu Ihrer Personalakte genommen. Sie haben das Recht, eine Gegendarstellung abzugeben, die ebenfalls in die Personalakte aufgenommen wird.</w:t>
      </w:r>
    </w:p>
    <w:p>
      <w:r>
        <w:t>Mit freundlichen Grüßen</w:t>
      </w:r>
    </w:p>
    <w:tbl>
      <w:tblPr>
        <w:tblW w:type="auto" w:w="0"/>
        <w:tblLook w:firstColumn="1" w:firstRow="1" w:lastColumn="0" w:lastRow="0" w:noHBand="0" w:noVBand="1" w:val="04A0"/>
      </w:tblPr>
      <w:tblGrid>
        <w:gridCol w:w="8640"/>
      </w:tblGrid>
      <w:tr>
        <w:tc>
          <w:tcPr>
            <w:tcW w:type="dxa" w:w="8640"/>
          </w:tcPr>
          <w:p>
            <w:r>
              <w:br/>
              <w:br/>
              <w:t>_______________________________</w:t>
            </w:r>
          </w:p>
        </w:tc>
      </w:tr>
      <w:tr>
        <w:tc>
          <w:tcPr>
            <w:tcW w:type="dxa" w:w="8640"/>
          </w:tcPr>
          <w:p>
            <w:r>
              <w:rPr>
                <w:sz w:val="18"/>
                <w:highlight w:val="yellow"/>
              </w:rPr>
              <w:t>[Vor- und Nachname, Funktion]</w:t>
            </w:r>
            <w:r>
              <w:rPr>
                <w:sz w:val="18"/>
              </w:rPr>
              <w:br/>
            </w:r>
            <w:r>
              <w:rPr>
                <w:sz w:val="18"/>
                <w:highlight w:val="yellow"/>
              </w:rPr>
              <w:t>[Firmenname]</w:t>
            </w:r>
          </w:p>
        </w:tc>
      </w:tr>
    </w:tbl>
    <w:p/>
    <w:p>
      <w:pPr>
        <w:pStyle w:val="Heading2"/>
      </w:pPr>
      <w:r>
        <w:t>Empfangsbestätigung</w:t>
      </w:r>
    </w:p>
    <w:p>
      <w:r>
        <w:t xml:space="preserve">Ich habe das Original dieser Abmahnung am </w:t>
      </w:r>
      <w:r>
        <w:rPr>
          <w:highlight w:val="yellow"/>
        </w:rPr>
        <w:t>[Datum]</w:t>
      </w:r>
      <w:r>
        <w:t xml:space="preserve"> erhalten. Mit meiner Unterschrift bestätige ich nur den Empfang, nicht den Inhalt.</w:t>
      </w:r>
    </w:p>
    <w:tbl>
      <w:tblPr>
        <w:tblW w:type="auto" w:w="0"/>
        <w:tblLook w:firstColumn="1" w:firstRow="1" w:lastColumn="0" w:lastRow="0" w:noHBand="0" w:noVBand="1" w:val="04A0"/>
      </w:tblPr>
      <w:tblGrid>
        <w:gridCol w:w="8640"/>
      </w:tblGrid>
      <w:tr>
        <w:tc>
          <w:tcPr>
            <w:tcW w:type="dxa" w:w="8640"/>
          </w:tcPr>
          <w:p>
            <w:r>
              <w:br/>
              <w:br/>
              <w:t>_______________________________</w:t>
            </w:r>
          </w:p>
        </w:tc>
      </w:tr>
      <w:tr>
        <w:tc>
          <w:tcPr>
            <w:tcW w:type="dxa" w:w="8640"/>
          </w:tcPr>
          <w:p>
            <w:r>
              <w:rPr>
                <w:sz w:val="18"/>
                <w:highlight w:val="yellow"/>
              </w:rPr>
              <w:t>[Ort]</w:t>
            </w:r>
            <w:r>
              <w:rPr>
                <w:sz w:val="18"/>
              </w:rPr>
              <w:t xml:space="preserve">, </w:t>
            </w:r>
            <w:r>
              <w:rPr>
                <w:sz w:val="18"/>
                <w:highlight w:val="yellow"/>
              </w:rPr>
              <w:t>[Datum]</w:t>
            </w:r>
            <w:r>
              <w:rPr>
                <w:sz w:val="18"/>
              </w:rPr>
              <w:t xml:space="preserve">   Arbeitnehmer:in</w:t>
            </w:r>
          </w:p>
        </w:tc>
      </w:tr>
    </w:tbl>
    <w:p/>
    <w:p>
      <w:pPr>
        <w:pStyle w:val="Heading2"/>
      </w:pPr>
      <w:r>
        <w:t>Hinweise zur Verwendung (vor der Übergabe löschen)</w:t>
      </w:r>
    </w:p>
    <w:p>
      <w:pPr>
        <w:pStyle w:val="ListBullet"/>
      </w:pPr>
      <w:r>
        <w:t>Eine wirksame Abmahnung braucht drei Elemente: (1) Hinweisfunktion: das Fehlverhalten so konkret beschreiben, dass es nachprüfbar ist (wer, was, wann, wo); (2) Rügefunktion: das Verhalten als Verstoß gegen eine bestimmte arbeitsvertragliche Pflicht beanstanden und vertragsgemäßes Verhalten einfordern; (3) Warnfunktion: für den Wiederholungsfall arbeitsrechtliche Konsequenzen bis hin zur Kündigung androhen.</w:t>
      </w:r>
    </w:p>
    <w:p>
      <w:pPr>
        <w:pStyle w:val="ListBullet"/>
      </w:pPr>
      <w:r>
        <w:t>Pro Pflichtverstoß eine eigene Abmahnung: Enthält ein Schreiben mehrere Vorwürfe und trifft einer nicht zu, kann die ganze Abmahnung aus der Personalakte entfernt werden müssen.</w:t>
      </w:r>
    </w:p>
    <w:p>
      <w:pPr>
        <w:pStyle w:val="ListBullet"/>
      </w:pPr>
      <w:r>
        <w:t>Die Abmahnung ist formfrei, aus Beweisgründen aber schriftlich mit Empfangsbestätigung oder per Bote zuzustellen. Abmahnen darf jede Person, die gegenüber der Arbeitnehmerin bzw. dem Arbeitnehmer weisungsbefugt ist. Zeitnah reagieren: Wer lange wartet, schwächt die Warnfunktion.</w:t>
      </w:r>
    </w:p>
    <w:p>
      <w:pPr>
        <w:pStyle w:val="ListBullet"/>
      </w:pPr>
      <w:r>
        <w:t>Vor einer verhaltensbedingten Kündigung ist bei steuerbarem Verhalten in der Regel eine einschlägige Abmahnung nötig; vor einer außerordentlichen Kündigung wegen einer Pflichtverletzung verlangt § 314 Abs. 2 BGB grundsätzlich eine erfolglose Abmahnung.</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6"/>
      </w:rPr>
      <w:t>Muster von flair · Keine Rechtsberatung · Personaldokumente digital erstellen: flair.hr/de/document-generation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3131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3131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31313"/>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Abmahnung</dc:title>
  <dc:subject/>
  <dc:creator>flair</dc:creator>
  <cp:keywords/>
  <dc:description>generated by python-docx</dc:description>
  <cp:lastModifiedBy/>
  <cp:revision>1</cp:revision>
  <dcterms:created xsi:type="dcterms:W3CDTF">2013-12-23T23:15:00Z</dcterms:created>
  <dcterms:modified xsi:type="dcterms:W3CDTF">2013-12-23T23:15:00Z</dcterms:modified>
  <cp:category/>
</cp:coreProperties>
</file>